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שתי דרכים לבניית שמות בעברית: שורש+משקל ובסיס+צורן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משקלים נפוצים ואת המשמעות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בסיס וצורן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מִקְטָל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נ־ג־ר שובץ במשקל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ות הוא צורן של שם מופשט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(בעל מקצוע)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בשורש ומשקל שמים שלוש אותיות בתבנית קבועה; בבסיס וצורן לוקחים מילה שלמה ומוסיפים לה סיומת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שלושה שמות מקצוע במשקל קַטָּל, ושהפסקה קוהרנטית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שורש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בסיס וצורן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שמבחין בין תבנית קבועה לבין תוספת לבסיס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כמה מילים מהטבלה על הלוח ולבקש מהתלמידים לנחש את המשקל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שבמשקל האותיות ק־ט־ל הן רק סימון למקום אותיות השורש, ולא חלק מהמשמעות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בונים שמות בשתי דרכים עיקריות: שילוב של שורש במשקל קבוע (כמו נַגָּר), או הוספת צורן לבסיס שהוא מילה שלמה (כמו סִפְרִיָּה מהמילה סֵפֶר). בדף זה נתרגל את שתי הדרכים.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סירוק  ·  מספר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המשקל קַטָּל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מִטְבָּח בנויה במשקל: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קַטָּל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נַגָּר הוא שם שנוצר בשיטת שורש ומשקל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חֲבֵרוּת נוצרה מהבסיס חָבֵר בתוספת הצורן 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סַפָּר הוא מי ש__________ (גוזר) שיער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מַסְרֵק הוא כלי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מִקְלָט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מַזְלֵג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בעל מקצוע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הדרך של שורש ומשקל לבין הדרך של בסיס וצורן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המתארת יום בחיי בעל מקצוע, והשתמשו בלפחות שלושה שמות שנוצרו במשקל קַטָּל (למשל נגר, ספר, טבח)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שנוצרה משורש ומשקל, וציינו את השורש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שנוצרה מבסיס וצורן, וציינו את הבסיס ואת הצורן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תצורת השם – שורש ומשקל, בסיס וצורן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