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תצורת השם – שורש ומשקל, בסיס וצורן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שתי דרכים לבניית שמות בעברית: שורש+משקל ובסיס+צורן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משקלים נפוצים ואת המשמעות הקבועה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שורש, בסיס וצורן במילים נתונות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בעל 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מִקְטָל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תכונה מוחלשת, כמו 'קצת ירוק'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סֵפֶר + 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השורש נ־ג־ר שובץ במשקל קַטָּל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מַקְטֵל מציין כלי, כמו מזלג ומפתח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ות הוא צורן של שם מופשט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מילים במשקל זה הן שמות של מחלות, כמו שפעת ודלקת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נוצרות מילים כמו ספרן ועיתונאי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תַּקְטִיל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(בעל מקצוע)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(תכונה מוחלשת – קצת)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בשורש ומשקל שמים שלוש אותיות בתבנית קבועה; בבסיס וצורן לוקחים מילה שלמה ומוסיפים לה סיומת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חַיָּט, רַצָּף – כל תשובה הגיונית שמתאימה למשקל ולמשמעות מתקבלת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הכוללת שם משקל נכון, משמעות מדויקת ודוגמה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בלפחות שלושה שמות מקצוע במשקל קַטָּל, ושהפסקה קוהרנטית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עם זיהוי שורש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עם זיהוי בסיס וצורן מדויקים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שמבחין בין תבנית קבועה לבין תוספת לבסיס 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כמה מילים מהטבלה על הלוח ולבקש מהתלמידים לנחש את המשקל לפי הדוגמאות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שבמשקל האותיות ק־ט־ל הן רק סימון למקום אותיות השורש, ולא חלק מהמשמעות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ולשתף כמה דוגמאות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תצורת השם – שורש ומשקל, בסיס וצורן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שתי דרכים לבנות מילה חדשה בעברית. דרך אחת: לוקחים שלוש אותיות (שורש) ושמים אותן בתבנית קבועה (משקל). דרך שנייה: לוקחים מילה שלמה ומוסיפים לה סיומת.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מאותה משפחה, כמו נ־ג־ר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קבועה שבה שמים את אותיות השורש, כמו קַטָּל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בסיס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שלמה שממנה בונים מילה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סיומת שמוסיפים לבסיס, כמו ות, ון, 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מופשט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שמתאר רעיון ולא דבר מוחשי, כמו ילדות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הקטנה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שמראה שהדבר קטן, כמו ספרון – ספר 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בעל מקצוע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שמתאר אדם שעובד במקצוע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שמתאר פעולה שנעשית, כמו 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מציין המשקל קַטָּל?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משקל בנויה המילה מטבח?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מִקְטָל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מַקְטֵל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קַטָּל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תַּקְטִיל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מציין המשקל קטלטל?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תכונה מוחלשת, כמו 'קצת ירוק'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מציין הצורן 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נוצרה המילה ספרייה?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סֵפֶר + 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סֵפֶר + 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סֵפֶר + 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סֵפֶר + 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נַגָּר הוא שם שנוצר בשיטת שורש ומשקל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המשקל מַקְטֵל מציין בעיקר מחלות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חֲבֵרוּת נוצרה מהבסיס חָבֵר בתוספת הצורן 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במשקל קַטֶּלֶת הן שמות של כלים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בסיס וצורן לוקחים מילה שלמה ומוסיפים לה סיומת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סַפָּר הוא מי ש__________ (גוזר) שיער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מִגְרָשׁ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דֻּבּוֹן נוצרה מהבסיס דֹּב בתוספת הצורן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המשקל של המילה תַּפְרִיט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מַסְרֵק הוא כלי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נַגָּר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מִקְלָט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תכונה מוחלשת – קצת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מַזְלֵג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שַׁפַּעַת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בעל מקצוע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יְרַקְרַק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הסבר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הדרך של שורש ומשקל לבין הדרך של בסיס וצורן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דוגמאות נוספות (לא מהדף) של מילים במשקל קַטָּל לבעלי מקצוע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משקל אחד מהטבלה והסבירו מה המשמעות שלו, עם דוגמה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המתארת יום בחיי בעל מקצוע, והשתמשו בלפחות שלושה שמות שנוצרו במשקל קַטָּל (למשל נגר, ספר, טבח)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שנוצרה משורש ומשקל, וציינו את השורש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שנוצרה מבסיס וצורן, וציינו את הבסיס ואת הצורן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שתי הדרכים לבניית שמות?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תצורת השם – שורש ומשקל, בסיס וצורן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